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1DC" w:rsidRDefault="00B30E9D">
      <w:pPr>
        <w:spacing w:after="60"/>
        <w:jc w:val="center"/>
      </w:pPr>
      <w:bookmarkStart w:id="0" w:name="_GoBack"/>
      <w:bookmarkEnd w:id="0"/>
      <w:r>
        <w:rPr>
          <w:b/>
          <w:sz w:val="36"/>
        </w:rPr>
        <w:t>ENGLISH 8 – SEPTEMBER</w:t>
      </w:r>
    </w:p>
    <w:p w:rsidR="00D861DC" w:rsidRDefault="00B30E9D">
      <w:pPr>
        <w:jc w:val="center"/>
      </w:pPr>
      <w:r>
        <w:t>Home study worksheet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D861DC">
        <w:trPr>
          <w:jc w:val="center"/>
        </w:trPr>
        <w:tc>
          <w:tcPr>
            <w:tcW w:w="5270" w:type="dxa"/>
          </w:tcPr>
          <w:p w:rsidR="00D861DC" w:rsidRDefault="00B30E9D">
            <w:r>
              <w:t>Name: __________________________________</w:t>
            </w:r>
          </w:p>
        </w:tc>
        <w:tc>
          <w:tcPr>
            <w:tcW w:w="5270" w:type="dxa"/>
          </w:tcPr>
          <w:p w:rsidR="00D861DC" w:rsidRDefault="00B30E9D">
            <w:r>
              <w:t>Date: ____________________</w:t>
            </w:r>
          </w:p>
        </w:tc>
      </w:tr>
    </w:tbl>
    <w:p w:rsidR="00D861DC" w:rsidRDefault="00B30E9D">
      <w:pPr>
        <w:spacing w:before="200" w:after="80"/>
      </w:pPr>
      <w:r>
        <w:rPr>
          <w:b/>
          <w:sz w:val="26"/>
        </w:rPr>
        <w:t>1. A few questions to start</w:t>
      </w:r>
    </w:p>
    <w:p w:rsidR="00D861DC" w:rsidRDefault="00B30E9D">
      <w:pPr>
        <w:spacing w:after="60" w:line="259" w:lineRule="auto"/>
      </w:pPr>
      <w:r>
        <w:t>Answer the questions in full sentences.</w:t>
      </w:r>
    </w:p>
    <w:p w:rsidR="00D861DC" w:rsidRDefault="00B30E9D">
      <w:pPr>
        <w:spacing w:after="40" w:line="259" w:lineRule="auto"/>
      </w:pPr>
      <w:r>
        <w:rPr>
          <w:b/>
        </w:rPr>
        <w:t>1. What did you enjoy most about your summer?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61DC">
        <w:trPr>
          <w:trHeight w:hRule="exact" w:val="510"/>
          <w:jc w:val="center"/>
        </w:trPr>
        <w:tc>
          <w:tcPr>
            <w:tcW w:w="1054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</w:tcPr>
          <w:p w:rsidR="00D861DC" w:rsidRDefault="00D861DC"/>
        </w:tc>
      </w:tr>
    </w:tbl>
    <w:p w:rsidR="00D861DC" w:rsidRDefault="00D861DC">
      <w:pPr>
        <w:spacing w:after="0"/>
      </w:pPr>
    </w:p>
    <w:p w:rsidR="00D861DC" w:rsidRDefault="00B30E9D">
      <w:pPr>
        <w:spacing w:after="40" w:line="259" w:lineRule="auto"/>
      </w:pPr>
      <w:r>
        <w:rPr>
          <w:b/>
        </w:rPr>
        <w:t xml:space="preserve">2. What are you looking </w:t>
      </w:r>
      <w:r>
        <w:rPr>
          <w:b/>
        </w:rPr>
        <w:t>forward to this school year?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61DC">
        <w:trPr>
          <w:trHeight w:hRule="exact" w:val="510"/>
          <w:jc w:val="center"/>
        </w:trPr>
        <w:tc>
          <w:tcPr>
            <w:tcW w:w="1054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</w:tcPr>
          <w:p w:rsidR="00D861DC" w:rsidRDefault="00D861DC"/>
        </w:tc>
      </w:tr>
    </w:tbl>
    <w:p w:rsidR="00D861DC" w:rsidRDefault="00D861DC">
      <w:pPr>
        <w:spacing w:after="0"/>
      </w:pPr>
    </w:p>
    <w:p w:rsidR="00D861DC" w:rsidRDefault="00B30E9D">
      <w:pPr>
        <w:spacing w:after="40" w:line="259" w:lineRule="auto"/>
      </w:pPr>
      <w:r>
        <w:rPr>
          <w:b/>
        </w:rPr>
        <w:t>3. What would you like to get better at in English?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61DC">
        <w:trPr>
          <w:trHeight w:hRule="exact" w:val="510"/>
          <w:jc w:val="center"/>
        </w:trPr>
        <w:tc>
          <w:tcPr>
            <w:tcW w:w="1054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</w:tcPr>
          <w:p w:rsidR="00D861DC" w:rsidRDefault="00D861DC"/>
        </w:tc>
      </w:tr>
    </w:tbl>
    <w:p w:rsidR="00D861DC" w:rsidRDefault="00D861DC">
      <w:pPr>
        <w:spacing w:after="0"/>
      </w:pPr>
    </w:p>
    <w:p w:rsidR="00D861DC" w:rsidRDefault="00B30E9D">
      <w:pPr>
        <w:spacing w:before="200" w:after="80"/>
      </w:pPr>
      <w:r>
        <w:rPr>
          <w:b/>
          <w:sz w:val="26"/>
        </w:rPr>
        <w:t>2. Read the text</w:t>
      </w:r>
    </w:p>
    <w:p w:rsidR="00D861DC" w:rsidRDefault="00B30E9D">
      <w:pPr>
        <w:spacing w:after="100" w:line="259" w:lineRule="auto"/>
      </w:pPr>
      <w:r>
        <w:t>My name is Ben and I’m thirteen. I usually spend the summer at home, but this year we went to South Bohemia for a week. We stayed near a lake and I went</w:t>
      </w:r>
      <w:r>
        <w:t xml:space="preserve"> swimming every day. I also tried paddleboarding for the first time. Now I’m back at school. I normally get up at 6:45, but this week I’m getting up a little earlier because I’m still very slow in the morning.</w:t>
      </w:r>
    </w:p>
    <w:p w:rsidR="00D861DC" w:rsidRDefault="00B30E9D">
      <w:pPr>
        <w:spacing w:after="40" w:line="259" w:lineRule="auto"/>
      </w:pPr>
      <w:r>
        <w:t>a) Where did Ben go this summer?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61DC">
        <w:trPr>
          <w:trHeight w:hRule="exact" w:val="408"/>
          <w:jc w:val="center"/>
        </w:trPr>
        <w:tc>
          <w:tcPr>
            <w:tcW w:w="1054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</w:tcPr>
          <w:p w:rsidR="00D861DC" w:rsidRDefault="00D861DC"/>
        </w:tc>
      </w:tr>
    </w:tbl>
    <w:p w:rsidR="00D861DC" w:rsidRDefault="00D861DC">
      <w:pPr>
        <w:spacing w:after="0"/>
      </w:pPr>
    </w:p>
    <w:p w:rsidR="00D861DC" w:rsidRDefault="00B30E9D">
      <w:pPr>
        <w:spacing w:after="40" w:line="259" w:lineRule="auto"/>
      </w:pPr>
      <w:r>
        <w:t>b) What ne</w:t>
      </w:r>
      <w:r>
        <w:t>w activity did he try?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61DC">
        <w:trPr>
          <w:trHeight w:hRule="exact" w:val="408"/>
          <w:jc w:val="center"/>
        </w:trPr>
        <w:tc>
          <w:tcPr>
            <w:tcW w:w="1054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</w:tcPr>
          <w:p w:rsidR="00D861DC" w:rsidRDefault="00D861DC"/>
        </w:tc>
      </w:tr>
    </w:tbl>
    <w:p w:rsidR="00D861DC" w:rsidRDefault="00D861DC">
      <w:pPr>
        <w:spacing w:after="0"/>
      </w:pPr>
    </w:p>
    <w:p w:rsidR="00D861DC" w:rsidRDefault="00B30E9D">
      <w:pPr>
        <w:spacing w:after="40" w:line="259" w:lineRule="auto"/>
      </w:pPr>
      <w:r>
        <w:t>c) Why is he getting up earlier this week?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61DC">
        <w:trPr>
          <w:trHeight w:hRule="exact" w:val="408"/>
          <w:jc w:val="center"/>
        </w:trPr>
        <w:tc>
          <w:tcPr>
            <w:tcW w:w="1054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</w:tcPr>
          <w:p w:rsidR="00D861DC" w:rsidRDefault="00D861DC"/>
        </w:tc>
      </w:tr>
    </w:tbl>
    <w:p w:rsidR="00D861DC" w:rsidRDefault="00D861DC">
      <w:pPr>
        <w:spacing w:after="0"/>
      </w:pPr>
    </w:p>
    <w:p w:rsidR="00D861DC" w:rsidRDefault="00B30E9D">
      <w:pPr>
        <w:spacing w:before="200" w:after="80"/>
      </w:pPr>
      <w:r>
        <w:rPr>
          <w:b/>
          <w:sz w:val="26"/>
        </w:rPr>
        <w:t>3. Present Simple or Present Continuous?</w:t>
      </w:r>
    </w:p>
    <w:p w:rsidR="00D861DC" w:rsidRDefault="00B30E9D">
      <w:pPr>
        <w:spacing w:after="60" w:line="259" w:lineRule="auto"/>
      </w:pPr>
      <w:r>
        <w:t>Complete the sentences with the correct form of the verb.</w:t>
      </w:r>
    </w:p>
    <w:p w:rsidR="00D861DC" w:rsidRDefault="00B30E9D">
      <w:pPr>
        <w:spacing w:after="60" w:line="259" w:lineRule="auto"/>
      </w:pPr>
      <w:r>
        <w:t>1. I usually __________________ (have) breakfast before school.</w:t>
      </w:r>
    </w:p>
    <w:p w:rsidR="00D861DC" w:rsidRDefault="00B30E9D">
      <w:pPr>
        <w:spacing w:after="60" w:line="259" w:lineRule="auto"/>
      </w:pPr>
      <w:r>
        <w:t xml:space="preserve">2. We </w:t>
      </w:r>
      <w:r>
        <w:t>__________________ (work) on a new topic this week.</w:t>
      </w:r>
    </w:p>
    <w:p w:rsidR="00D861DC" w:rsidRDefault="00B30E9D">
      <w:pPr>
        <w:spacing w:after="60" w:line="259" w:lineRule="auto"/>
      </w:pPr>
      <w:r>
        <w:t>3. My brother often __________________ (play) computer games in the evening.</w:t>
      </w:r>
    </w:p>
    <w:p w:rsidR="00D861DC" w:rsidRDefault="00B30E9D">
      <w:pPr>
        <w:spacing w:after="60" w:line="259" w:lineRule="auto"/>
      </w:pPr>
      <w:r>
        <w:t>4. I __________________ (try) to use more English at the moment.</w:t>
      </w:r>
    </w:p>
    <w:p w:rsidR="00D861DC" w:rsidRDefault="00B30E9D">
      <w:pPr>
        <w:spacing w:before="200" w:after="80"/>
      </w:pPr>
      <w:r>
        <w:rPr>
          <w:b/>
          <w:sz w:val="26"/>
        </w:rPr>
        <w:t>4. Write about yourself</w:t>
      </w:r>
    </w:p>
    <w:p w:rsidR="00D861DC" w:rsidRDefault="00B30E9D">
      <w:pPr>
        <w:spacing w:after="80" w:line="259" w:lineRule="auto"/>
      </w:pPr>
      <w:r>
        <w:lastRenderedPageBreak/>
        <w:t xml:space="preserve">Write 5–6 sentences about your summer </w:t>
      </w:r>
      <w:r>
        <w:t>and the new school year. You can write about a place you visited, something you enjoyed, your plans or what you would like to improve in English.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61DC">
        <w:trPr>
          <w:trHeight w:hRule="exact" w:val="2608"/>
          <w:jc w:val="center"/>
        </w:trPr>
        <w:tc>
          <w:tcPr>
            <w:tcW w:w="1054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</w:tcPr>
          <w:p w:rsidR="00D861DC" w:rsidRDefault="00D861DC"/>
        </w:tc>
      </w:tr>
    </w:tbl>
    <w:p w:rsidR="00D861DC" w:rsidRDefault="00D861DC">
      <w:pPr>
        <w:spacing w:after="0"/>
      </w:pPr>
    </w:p>
    <w:sectPr w:rsidR="00D861DC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30E9D"/>
    <w:rsid w:val="00B47730"/>
    <w:rsid w:val="00CB0664"/>
    <w:rsid w:val="00D861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958F96F-C6B3-43E2-A581-54D82C7C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3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E715F4-6494-4E7F-93F0-EED8FFE98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Cecilie Kissová</cp:lastModifiedBy>
  <cp:revision>2</cp:revision>
  <dcterms:created xsi:type="dcterms:W3CDTF">2026-09-24T07:14:00Z</dcterms:created>
  <dcterms:modified xsi:type="dcterms:W3CDTF">2026-09-24T07:14:00Z</dcterms:modified>
  <cp:category/>
</cp:coreProperties>
</file>