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2CED" w:rsidRDefault="00F743CB">
      <w:pPr>
        <w:spacing w:after="60"/>
        <w:jc w:val="center"/>
      </w:pPr>
      <w:bookmarkStart w:id="0" w:name="_GoBack"/>
      <w:bookmarkEnd w:id="0"/>
      <w:r>
        <w:rPr>
          <w:b/>
          <w:sz w:val="36"/>
        </w:rPr>
        <w:t>ENGLISH 9 – SEPTEMBER</w:t>
      </w:r>
    </w:p>
    <w:p w:rsidR="00C32CED" w:rsidRDefault="00F743CB">
      <w:pPr>
        <w:jc w:val="center"/>
      </w:pPr>
      <w:r>
        <w:t>Home study worksheet</w:t>
      </w:r>
    </w:p>
    <w:tbl>
      <w:tblPr>
        <w:tblW w:w="0" w:type="auto"/>
        <w:jc w:val="center"/>
        <w:tblLook w:val="04A0" w:firstRow="1" w:lastRow="0" w:firstColumn="1" w:lastColumn="0" w:noHBand="0" w:noVBand="1"/>
      </w:tblPr>
      <w:tblGrid>
        <w:gridCol w:w="5270"/>
        <w:gridCol w:w="5270"/>
      </w:tblGrid>
      <w:tr w:rsidR="00C32CED">
        <w:trPr>
          <w:jc w:val="center"/>
        </w:trPr>
        <w:tc>
          <w:tcPr>
            <w:tcW w:w="5270" w:type="dxa"/>
          </w:tcPr>
          <w:p w:rsidR="00C32CED" w:rsidRDefault="00F743CB">
            <w:r>
              <w:t>Name: __________________________________</w:t>
            </w:r>
          </w:p>
        </w:tc>
        <w:tc>
          <w:tcPr>
            <w:tcW w:w="5270" w:type="dxa"/>
          </w:tcPr>
          <w:p w:rsidR="00C32CED" w:rsidRDefault="00F743CB">
            <w:r>
              <w:t>Date: ____________________</w:t>
            </w:r>
          </w:p>
        </w:tc>
      </w:tr>
    </w:tbl>
    <w:p w:rsidR="00C32CED" w:rsidRDefault="00F743CB">
      <w:pPr>
        <w:spacing w:before="200" w:after="80"/>
      </w:pPr>
      <w:r>
        <w:rPr>
          <w:b/>
          <w:sz w:val="26"/>
        </w:rPr>
        <w:t>1. A few questions to start</w:t>
      </w:r>
    </w:p>
    <w:p w:rsidR="00C32CED" w:rsidRDefault="00F743CB">
      <w:pPr>
        <w:spacing w:after="60" w:line="259" w:lineRule="auto"/>
      </w:pPr>
      <w:r>
        <w:t>Answer the questions in full sentences.</w:t>
      </w:r>
    </w:p>
    <w:p w:rsidR="00C32CED" w:rsidRDefault="00F743CB">
      <w:pPr>
        <w:spacing w:after="40" w:line="259" w:lineRule="auto"/>
      </w:pPr>
      <w:r>
        <w:rPr>
          <w:b/>
        </w:rPr>
        <w:t>1. What was the best part of your summer?</w:t>
      </w:r>
    </w:p>
    <w:tbl>
      <w:tblPr>
        <w:tblW w:w="0" w:type="auto"/>
        <w:jc w:val="center"/>
        <w:tblLook w:val="04A0" w:firstRow="1" w:lastRow="0" w:firstColumn="1" w:lastColumn="0" w:noHBand="0" w:noVBand="1"/>
      </w:tblPr>
      <w:tblGrid>
        <w:gridCol w:w="10540"/>
      </w:tblGrid>
      <w:tr w:rsidR="00C32CED">
        <w:trPr>
          <w:trHeight w:hRule="exact" w:val="510"/>
          <w:jc w:val="center"/>
        </w:trPr>
        <w:tc>
          <w:tcPr>
            <w:tcW w:w="10540" w:type="dxa"/>
            <w:tcBorders>
              <w:top w:val="single" w:sz="5" w:space="0" w:color="BFBFBF"/>
              <w:left w:val="single" w:sz="5" w:space="0" w:color="BFBFBF"/>
              <w:bottom w:val="single" w:sz="5" w:space="0" w:color="BFBFBF"/>
              <w:right w:val="single" w:sz="5" w:space="0" w:color="BFBFBF"/>
            </w:tcBorders>
          </w:tcPr>
          <w:p w:rsidR="00C32CED" w:rsidRDefault="00C32CED"/>
        </w:tc>
      </w:tr>
    </w:tbl>
    <w:p w:rsidR="00C32CED" w:rsidRDefault="00C32CED">
      <w:pPr>
        <w:spacing w:after="0"/>
      </w:pPr>
    </w:p>
    <w:p w:rsidR="00C32CED" w:rsidRDefault="00F743CB">
      <w:pPr>
        <w:spacing w:after="40" w:line="259" w:lineRule="auto"/>
      </w:pPr>
      <w:r>
        <w:rPr>
          <w:b/>
        </w:rPr>
        <w:t xml:space="preserve">2. When did you last use </w:t>
      </w:r>
      <w:r>
        <w:rPr>
          <w:b/>
        </w:rPr>
        <w:t>English outside a lesson?</w:t>
      </w:r>
    </w:p>
    <w:tbl>
      <w:tblPr>
        <w:tblW w:w="0" w:type="auto"/>
        <w:jc w:val="center"/>
        <w:tblLook w:val="04A0" w:firstRow="1" w:lastRow="0" w:firstColumn="1" w:lastColumn="0" w:noHBand="0" w:noVBand="1"/>
      </w:tblPr>
      <w:tblGrid>
        <w:gridCol w:w="10540"/>
      </w:tblGrid>
      <w:tr w:rsidR="00C32CED">
        <w:trPr>
          <w:trHeight w:hRule="exact" w:val="510"/>
          <w:jc w:val="center"/>
        </w:trPr>
        <w:tc>
          <w:tcPr>
            <w:tcW w:w="10540" w:type="dxa"/>
            <w:tcBorders>
              <w:top w:val="single" w:sz="5" w:space="0" w:color="BFBFBF"/>
              <w:left w:val="single" w:sz="5" w:space="0" w:color="BFBFBF"/>
              <w:bottom w:val="single" w:sz="5" w:space="0" w:color="BFBFBF"/>
              <w:right w:val="single" w:sz="5" w:space="0" w:color="BFBFBF"/>
            </w:tcBorders>
          </w:tcPr>
          <w:p w:rsidR="00C32CED" w:rsidRDefault="00C32CED"/>
        </w:tc>
      </w:tr>
    </w:tbl>
    <w:p w:rsidR="00C32CED" w:rsidRDefault="00C32CED">
      <w:pPr>
        <w:spacing w:after="0"/>
      </w:pPr>
    </w:p>
    <w:p w:rsidR="00C32CED" w:rsidRDefault="00F743CB">
      <w:pPr>
        <w:spacing w:after="40" w:line="259" w:lineRule="auto"/>
      </w:pPr>
      <w:r>
        <w:rPr>
          <w:b/>
        </w:rPr>
        <w:t>3. What would you like to be able to do in English by the end of Year 9?</w:t>
      </w:r>
    </w:p>
    <w:tbl>
      <w:tblPr>
        <w:tblW w:w="0" w:type="auto"/>
        <w:jc w:val="center"/>
        <w:tblLook w:val="04A0" w:firstRow="1" w:lastRow="0" w:firstColumn="1" w:lastColumn="0" w:noHBand="0" w:noVBand="1"/>
      </w:tblPr>
      <w:tblGrid>
        <w:gridCol w:w="10540"/>
      </w:tblGrid>
      <w:tr w:rsidR="00C32CED">
        <w:trPr>
          <w:trHeight w:hRule="exact" w:val="510"/>
          <w:jc w:val="center"/>
        </w:trPr>
        <w:tc>
          <w:tcPr>
            <w:tcW w:w="10540" w:type="dxa"/>
            <w:tcBorders>
              <w:top w:val="single" w:sz="5" w:space="0" w:color="BFBFBF"/>
              <w:left w:val="single" w:sz="5" w:space="0" w:color="BFBFBF"/>
              <w:bottom w:val="single" w:sz="5" w:space="0" w:color="BFBFBF"/>
              <w:right w:val="single" w:sz="5" w:space="0" w:color="BFBFBF"/>
            </w:tcBorders>
          </w:tcPr>
          <w:p w:rsidR="00C32CED" w:rsidRDefault="00C32CED"/>
        </w:tc>
      </w:tr>
    </w:tbl>
    <w:p w:rsidR="00C32CED" w:rsidRDefault="00C32CED">
      <w:pPr>
        <w:spacing w:after="0"/>
      </w:pPr>
    </w:p>
    <w:p w:rsidR="00C32CED" w:rsidRDefault="00F743CB">
      <w:pPr>
        <w:spacing w:before="200" w:after="80"/>
      </w:pPr>
      <w:r>
        <w:rPr>
          <w:b/>
          <w:sz w:val="26"/>
        </w:rPr>
        <w:t>2. Read the text</w:t>
      </w:r>
    </w:p>
    <w:p w:rsidR="00C32CED" w:rsidRDefault="00F743CB">
      <w:pPr>
        <w:spacing w:after="100" w:line="259" w:lineRule="auto"/>
      </w:pPr>
      <w:r>
        <w:t xml:space="preserve">Last summer, Anna spent ten days with her cousin in Brno. They went to the cinema, visited a swimming pool and spent a lot of time in </w:t>
      </w:r>
      <w:r>
        <w:t>the city centre. One afternoon they met two tourists who were looking for the railway station. Anna gave them directions in English. She was nervous at first, but afterwards she was pleased that she had managed it. She has studied English for several years</w:t>
      </w:r>
      <w:r>
        <w:t>, but that was the first time she really needed it outside school.</w:t>
      </w:r>
    </w:p>
    <w:p w:rsidR="00C32CED" w:rsidRDefault="00F743CB">
      <w:pPr>
        <w:spacing w:after="40" w:line="259" w:lineRule="auto"/>
      </w:pPr>
      <w:r>
        <w:t>a) How long did Anna stay in Brno?</w:t>
      </w:r>
    </w:p>
    <w:tbl>
      <w:tblPr>
        <w:tblW w:w="0" w:type="auto"/>
        <w:jc w:val="center"/>
        <w:tblLook w:val="04A0" w:firstRow="1" w:lastRow="0" w:firstColumn="1" w:lastColumn="0" w:noHBand="0" w:noVBand="1"/>
      </w:tblPr>
      <w:tblGrid>
        <w:gridCol w:w="10540"/>
      </w:tblGrid>
      <w:tr w:rsidR="00C32CED">
        <w:trPr>
          <w:trHeight w:hRule="exact" w:val="408"/>
          <w:jc w:val="center"/>
        </w:trPr>
        <w:tc>
          <w:tcPr>
            <w:tcW w:w="10540" w:type="dxa"/>
            <w:tcBorders>
              <w:top w:val="single" w:sz="5" w:space="0" w:color="BFBFBF"/>
              <w:left w:val="single" w:sz="5" w:space="0" w:color="BFBFBF"/>
              <w:bottom w:val="single" w:sz="5" w:space="0" w:color="BFBFBF"/>
              <w:right w:val="single" w:sz="5" w:space="0" w:color="BFBFBF"/>
            </w:tcBorders>
          </w:tcPr>
          <w:p w:rsidR="00C32CED" w:rsidRDefault="00C32CED"/>
        </w:tc>
      </w:tr>
    </w:tbl>
    <w:p w:rsidR="00C32CED" w:rsidRDefault="00C32CED">
      <w:pPr>
        <w:spacing w:after="0"/>
      </w:pPr>
    </w:p>
    <w:p w:rsidR="00C32CED" w:rsidRDefault="00F743CB">
      <w:pPr>
        <w:spacing w:after="40" w:line="259" w:lineRule="auto"/>
      </w:pPr>
      <w:r>
        <w:t>b) What did the tourists need?</w:t>
      </w:r>
    </w:p>
    <w:tbl>
      <w:tblPr>
        <w:tblW w:w="0" w:type="auto"/>
        <w:jc w:val="center"/>
        <w:tblLook w:val="04A0" w:firstRow="1" w:lastRow="0" w:firstColumn="1" w:lastColumn="0" w:noHBand="0" w:noVBand="1"/>
      </w:tblPr>
      <w:tblGrid>
        <w:gridCol w:w="10540"/>
      </w:tblGrid>
      <w:tr w:rsidR="00C32CED">
        <w:trPr>
          <w:trHeight w:hRule="exact" w:val="408"/>
          <w:jc w:val="center"/>
        </w:trPr>
        <w:tc>
          <w:tcPr>
            <w:tcW w:w="10540" w:type="dxa"/>
            <w:tcBorders>
              <w:top w:val="single" w:sz="5" w:space="0" w:color="BFBFBF"/>
              <w:left w:val="single" w:sz="5" w:space="0" w:color="BFBFBF"/>
              <w:bottom w:val="single" w:sz="5" w:space="0" w:color="BFBFBF"/>
              <w:right w:val="single" w:sz="5" w:space="0" w:color="BFBFBF"/>
            </w:tcBorders>
          </w:tcPr>
          <w:p w:rsidR="00C32CED" w:rsidRDefault="00C32CED"/>
        </w:tc>
      </w:tr>
    </w:tbl>
    <w:p w:rsidR="00C32CED" w:rsidRDefault="00C32CED">
      <w:pPr>
        <w:spacing w:after="0"/>
      </w:pPr>
    </w:p>
    <w:p w:rsidR="00C32CED" w:rsidRDefault="00F743CB">
      <w:pPr>
        <w:spacing w:after="40" w:line="259" w:lineRule="auto"/>
      </w:pPr>
      <w:r>
        <w:t>c) Why was this experience important for Anna?</w:t>
      </w:r>
    </w:p>
    <w:tbl>
      <w:tblPr>
        <w:tblW w:w="0" w:type="auto"/>
        <w:jc w:val="center"/>
        <w:tblLook w:val="04A0" w:firstRow="1" w:lastRow="0" w:firstColumn="1" w:lastColumn="0" w:noHBand="0" w:noVBand="1"/>
      </w:tblPr>
      <w:tblGrid>
        <w:gridCol w:w="10540"/>
      </w:tblGrid>
      <w:tr w:rsidR="00C32CED">
        <w:trPr>
          <w:trHeight w:hRule="exact" w:val="408"/>
          <w:jc w:val="center"/>
        </w:trPr>
        <w:tc>
          <w:tcPr>
            <w:tcW w:w="10540" w:type="dxa"/>
            <w:tcBorders>
              <w:top w:val="single" w:sz="5" w:space="0" w:color="BFBFBF"/>
              <w:left w:val="single" w:sz="5" w:space="0" w:color="BFBFBF"/>
              <w:bottom w:val="single" w:sz="5" w:space="0" w:color="BFBFBF"/>
              <w:right w:val="single" w:sz="5" w:space="0" w:color="BFBFBF"/>
            </w:tcBorders>
          </w:tcPr>
          <w:p w:rsidR="00C32CED" w:rsidRDefault="00C32CED"/>
        </w:tc>
      </w:tr>
    </w:tbl>
    <w:p w:rsidR="00C32CED" w:rsidRDefault="00C32CED">
      <w:pPr>
        <w:spacing w:after="0"/>
      </w:pPr>
    </w:p>
    <w:p w:rsidR="00C32CED" w:rsidRDefault="00F743CB">
      <w:pPr>
        <w:spacing w:before="200" w:after="80"/>
      </w:pPr>
      <w:r>
        <w:rPr>
          <w:b/>
          <w:sz w:val="26"/>
        </w:rPr>
        <w:t>3. Past Simple or Present Perfect?</w:t>
      </w:r>
    </w:p>
    <w:p w:rsidR="00C32CED" w:rsidRDefault="00F743CB">
      <w:pPr>
        <w:spacing w:after="60" w:line="259" w:lineRule="auto"/>
      </w:pPr>
      <w:r>
        <w:t xml:space="preserve">Choose or complete the correct </w:t>
      </w:r>
      <w:r>
        <w:t>form.</w:t>
      </w:r>
    </w:p>
    <w:p w:rsidR="00C32CED" w:rsidRDefault="00F743CB">
      <w:pPr>
        <w:spacing w:after="60" w:line="259" w:lineRule="auto"/>
      </w:pPr>
      <w:r>
        <w:t>1. I visited / have visited Prague last month.</w:t>
      </w:r>
    </w:p>
    <w:p w:rsidR="00C32CED" w:rsidRDefault="00F743CB">
      <w:pPr>
        <w:spacing w:after="60" w:line="259" w:lineRule="auto"/>
      </w:pPr>
      <w:r>
        <w:t>2. I __________________ never __________________ (speak) English to a tourist.</w:t>
      </w:r>
    </w:p>
    <w:p w:rsidR="00C32CED" w:rsidRDefault="00F743CB">
      <w:pPr>
        <w:spacing w:after="60" w:line="259" w:lineRule="auto"/>
      </w:pPr>
      <w:r>
        <w:t>3. We __________________ (finish) this exercise five minutes ago.</w:t>
      </w:r>
    </w:p>
    <w:p w:rsidR="00C32CED" w:rsidRDefault="00F743CB">
      <w:pPr>
        <w:spacing w:after="60" w:line="259" w:lineRule="auto"/>
      </w:pPr>
      <w:r>
        <w:t>4. She __________________ (study) English for six years.</w:t>
      </w:r>
    </w:p>
    <w:p w:rsidR="00C32CED" w:rsidRDefault="00F743CB">
      <w:pPr>
        <w:spacing w:before="200" w:after="80"/>
      </w:pPr>
      <w:r>
        <w:rPr>
          <w:b/>
          <w:sz w:val="26"/>
        </w:rPr>
        <w:t>4</w:t>
      </w:r>
      <w:r>
        <w:rPr>
          <w:b/>
          <w:sz w:val="26"/>
        </w:rPr>
        <w:t>. Write about yourself</w:t>
      </w:r>
    </w:p>
    <w:p w:rsidR="00C32CED" w:rsidRDefault="00F743CB">
      <w:pPr>
        <w:spacing w:after="80" w:line="259" w:lineRule="auto"/>
      </w:pPr>
      <w:r>
        <w:lastRenderedPageBreak/>
        <w:t>Write 6–8 sentences about your plans for Year 9. What would you like to achieve? Is there anything you want to improve or do differently this year? Give reasons for your ideas.</w:t>
      </w:r>
    </w:p>
    <w:tbl>
      <w:tblPr>
        <w:tblW w:w="0" w:type="auto"/>
        <w:jc w:val="center"/>
        <w:tblLook w:val="04A0" w:firstRow="1" w:lastRow="0" w:firstColumn="1" w:lastColumn="0" w:noHBand="0" w:noVBand="1"/>
      </w:tblPr>
      <w:tblGrid>
        <w:gridCol w:w="10540"/>
      </w:tblGrid>
      <w:tr w:rsidR="00C32CED">
        <w:trPr>
          <w:trHeight w:hRule="exact" w:val="2778"/>
          <w:jc w:val="center"/>
        </w:trPr>
        <w:tc>
          <w:tcPr>
            <w:tcW w:w="10540" w:type="dxa"/>
            <w:tcBorders>
              <w:top w:val="single" w:sz="5" w:space="0" w:color="BFBFBF"/>
              <w:left w:val="single" w:sz="5" w:space="0" w:color="BFBFBF"/>
              <w:bottom w:val="single" w:sz="5" w:space="0" w:color="BFBFBF"/>
              <w:right w:val="single" w:sz="5" w:space="0" w:color="BFBFBF"/>
            </w:tcBorders>
          </w:tcPr>
          <w:p w:rsidR="00C32CED" w:rsidRDefault="00C32CED"/>
        </w:tc>
      </w:tr>
    </w:tbl>
    <w:p w:rsidR="00C32CED" w:rsidRDefault="00C32CED">
      <w:pPr>
        <w:spacing w:after="0"/>
      </w:pPr>
    </w:p>
    <w:sectPr w:rsidR="00C32CED" w:rsidSect="00034616">
      <w:pgSz w:w="12240" w:h="15840"/>
      <w:pgMar w:top="709" w:right="850" w:bottom="652"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AA1D8D"/>
    <w:rsid w:val="00B47730"/>
    <w:rsid w:val="00C32CED"/>
    <w:rsid w:val="00CB0664"/>
    <w:rsid w:val="00F743C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44FEFE30-DD29-481C-91AD-F3C714918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FC693F"/>
    <w:rPr>
      <w:rFonts w:ascii="Arial" w:hAnsi="Arial"/>
      <w:sz w:val="23"/>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A29FA-67F9-4FBB-8D54-BD6A81464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213</Words>
  <Characters>1263</Characters>
  <Application>Microsoft Office Word</Application>
  <DocSecurity>0</DocSecurity>
  <Lines>10</Lines>
  <Paragraphs>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1474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Cecilie Kissová</cp:lastModifiedBy>
  <cp:revision>2</cp:revision>
  <dcterms:created xsi:type="dcterms:W3CDTF">2026-09-24T07:16:00Z</dcterms:created>
  <dcterms:modified xsi:type="dcterms:W3CDTF">2026-09-24T07:16:00Z</dcterms:modified>
  <cp:category/>
</cp:coreProperties>
</file>